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5992" w14:textId="77777777" w:rsidR="009E39BD" w:rsidRPr="00A771A9" w:rsidRDefault="00000000" w:rsidP="00A771A9">
      <w:pPr>
        <w:pStyle w:val="Ttulo"/>
        <w:jc w:val="both"/>
        <w:rPr>
          <w:lang w:val="pt-PT"/>
        </w:rPr>
      </w:pPr>
      <w:r w:rsidRPr="00A771A9">
        <w:rPr>
          <w:lang w:val="pt-PT"/>
        </w:rPr>
        <w:t>CIDMA</w:t>
      </w:r>
    </w:p>
    <w:p w14:paraId="0BA6EF36" w14:textId="77777777" w:rsidR="009E39BD" w:rsidRPr="00A771A9" w:rsidRDefault="00000000" w:rsidP="00A771A9">
      <w:pPr>
        <w:pStyle w:val="Ttulo1"/>
        <w:jc w:val="both"/>
        <w:rPr>
          <w:lang w:val="pt-PT"/>
        </w:rPr>
      </w:pPr>
      <w:r w:rsidRPr="00A771A9">
        <w:rPr>
          <w:lang w:val="pt-PT"/>
        </w:rPr>
        <w:t>Formulário de candidatura a membro integrado ou colaborador</w:t>
      </w:r>
    </w:p>
    <w:p w14:paraId="40ABC935" w14:textId="77777777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>Preencha os campos aplicáveis e anexe uma cópia PDF do seu CV atualizado na plataforma CIÊNCIAVITAE.</w:t>
      </w:r>
    </w:p>
    <w:p w14:paraId="15CCFF83" w14:textId="44C70A3B" w:rsidR="009E39BD" w:rsidRPr="00A771A9" w:rsidRDefault="00000000" w:rsidP="00A771A9">
      <w:pPr>
        <w:pStyle w:val="Ttulo1"/>
        <w:jc w:val="both"/>
        <w:rPr>
          <w:lang w:val="pt-PT"/>
        </w:rPr>
      </w:pPr>
      <w:r w:rsidRPr="00A771A9">
        <w:rPr>
          <w:lang w:val="pt-PT"/>
        </w:rPr>
        <w:t>1 | Identificação e formação</w:t>
      </w:r>
    </w:p>
    <w:p w14:paraId="789821DF" w14:textId="5777BF39" w:rsidR="009E39BD" w:rsidRPr="000F21A4" w:rsidRDefault="00000000" w:rsidP="0015231C">
      <w:pPr>
        <w:pStyle w:val="Ttulo2"/>
        <w:jc w:val="both"/>
        <w:rPr>
          <w:lang w:val="pt-PT"/>
        </w:rPr>
      </w:pPr>
      <w:r w:rsidRPr="000F21A4">
        <w:rPr>
          <w:lang w:val="pt-PT"/>
        </w:rPr>
        <w:t>1. Nome completo</w:t>
      </w:r>
    </w:p>
    <w:p w14:paraId="7F586776" w14:textId="7F210033" w:rsidR="009E39BD" w:rsidRPr="000F21A4" w:rsidRDefault="009E39BD" w:rsidP="00A771A9">
      <w:pPr>
        <w:spacing w:after="80"/>
        <w:jc w:val="both"/>
        <w:rPr>
          <w:lang w:val="pt-PT"/>
        </w:rPr>
      </w:pPr>
    </w:p>
    <w:p w14:paraId="77B11EF5" w14:textId="77777777" w:rsidR="00A771A9" w:rsidRPr="000F21A4" w:rsidRDefault="00A771A9" w:rsidP="00A771A9">
      <w:pPr>
        <w:spacing w:after="80"/>
        <w:jc w:val="both"/>
        <w:rPr>
          <w:lang w:val="pt-PT"/>
        </w:rPr>
      </w:pPr>
    </w:p>
    <w:p w14:paraId="1C7AB819" w14:textId="69213B6E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2. Endereço de emai</w:t>
      </w:r>
      <w:r w:rsidR="0015231C">
        <w:rPr>
          <w:lang w:val="pt-PT"/>
        </w:rPr>
        <w:t>l</w:t>
      </w:r>
    </w:p>
    <w:p w14:paraId="2AF5647C" w14:textId="30119645" w:rsidR="009E39BD" w:rsidRPr="000F21A4" w:rsidRDefault="009E39BD" w:rsidP="00A771A9">
      <w:pPr>
        <w:spacing w:after="80"/>
        <w:jc w:val="both"/>
        <w:rPr>
          <w:lang w:val="en-GB"/>
        </w:rPr>
      </w:pPr>
    </w:p>
    <w:p w14:paraId="79C76B8E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1F53C853" w14:textId="631B0E4E" w:rsidR="009E39BD" w:rsidRPr="0015231C" w:rsidRDefault="00000000" w:rsidP="0015231C">
      <w:pPr>
        <w:pStyle w:val="Ttulo2"/>
        <w:jc w:val="both"/>
        <w:rPr>
          <w:lang w:val="en-GB"/>
        </w:rPr>
      </w:pPr>
      <w:r w:rsidRPr="000F21A4">
        <w:rPr>
          <w:lang w:val="en-GB"/>
        </w:rPr>
        <w:t xml:space="preserve">3. </w:t>
      </w:r>
      <w:proofErr w:type="spellStart"/>
      <w:r w:rsidRPr="000F21A4">
        <w:rPr>
          <w:lang w:val="en-GB"/>
        </w:rPr>
        <w:t>Identificador</w:t>
      </w:r>
      <w:proofErr w:type="spellEnd"/>
      <w:r w:rsidRPr="000F21A4">
        <w:rPr>
          <w:lang w:val="en-GB"/>
        </w:rPr>
        <w:t xml:space="preserve"> ORCID</w:t>
      </w:r>
    </w:p>
    <w:p w14:paraId="6C38CE8C" w14:textId="2DBEB01B" w:rsidR="009E39BD" w:rsidRDefault="009E39BD" w:rsidP="00A771A9">
      <w:pPr>
        <w:spacing w:after="80"/>
        <w:jc w:val="both"/>
      </w:pPr>
    </w:p>
    <w:p w14:paraId="362BAE34" w14:textId="77777777" w:rsidR="00A771A9" w:rsidRDefault="00A771A9" w:rsidP="00A771A9">
      <w:pPr>
        <w:spacing w:after="80"/>
        <w:jc w:val="both"/>
      </w:pPr>
    </w:p>
    <w:p w14:paraId="5A58CC1D" w14:textId="77777777" w:rsidR="009E39BD" w:rsidRPr="000F21A4" w:rsidRDefault="00000000" w:rsidP="00A771A9">
      <w:pPr>
        <w:jc w:val="both"/>
        <w:rPr>
          <w:lang w:val="pt-PT"/>
        </w:rPr>
      </w:pPr>
      <w:r w:rsidRPr="000F21A4">
        <w:rPr>
          <w:lang w:val="pt-PT"/>
        </w:rPr>
        <w:t xml:space="preserve">ORCID: </w:t>
      </w:r>
      <w:hyperlink r:id="rId8">
        <w:r w:rsidR="009E39BD" w:rsidRPr="000F21A4">
          <w:rPr>
            <w:color w:val="24566B"/>
            <w:u w:val="single"/>
            <w:lang w:val="pt-PT"/>
          </w:rPr>
          <w:t>https://orcid.org/</w:t>
        </w:r>
      </w:hyperlink>
    </w:p>
    <w:p w14:paraId="34B51586" w14:textId="4FF5F054" w:rsidR="009E39BD" w:rsidRPr="00A771A9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4. CIÊNCIA ID</w:t>
      </w:r>
    </w:p>
    <w:p w14:paraId="22078D6C" w14:textId="0776C9E3" w:rsidR="009E39BD" w:rsidRDefault="009E39BD" w:rsidP="00A771A9">
      <w:pPr>
        <w:spacing w:after="80"/>
        <w:jc w:val="both"/>
        <w:rPr>
          <w:lang w:val="pt-PT"/>
        </w:rPr>
      </w:pPr>
    </w:p>
    <w:p w14:paraId="185830EC" w14:textId="77777777" w:rsidR="00A771A9" w:rsidRPr="00A771A9" w:rsidRDefault="00A771A9" w:rsidP="00A771A9">
      <w:pPr>
        <w:spacing w:after="80"/>
        <w:jc w:val="both"/>
        <w:rPr>
          <w:lang w:val="pt-PT"/>
        </w:rPr>
      </w:pPr>
    </w:p>
    <w:p w14:paraId="16C9369D" w14:textId="77777777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 xml:space="preserve">CIÊNCIA ID: </w:t>
      </w:r>
      <w:hyperlink r:id="rId9">
        <w:r w:rsidR="009E39BD" w:rsidRPr="00A771A9">
          <w:rPr>
            <w:color w:val="24566B"/>
            <w:u w:val="single"/>
            <w:lang w:val="pt-PT"/>
          </w:rPr>
          <w:t>https://www.ciencia-id.pt/</w:t>
        </w:r>
      </w:hyperlink>
    </w:p>
    <w:p w14:paraId="4040D85D" w14:textId="523C33BF" w:rsidR="009E39BD" w:rsidRPr="00A771A9" w:rsidRDefault="00000000" w:rsidP="00A771A9">
      <w:pPr>
        <w:jc w:val="both"/>
        <w:rPr>
          <w:lang w:val="pt-PT"/>
        </w:rPr>
      </w:pPr>
      <w:r w:rsidRPr="00A771A9">
        <w:rPr>
          <w:b/>
          <w:bCs/>
          <w:color w:val="EE0000"/>
          <w:lang w:val="pt-PT"/>
        </w:rPr>
        <w:t>Importan</w:t>
      </w:r>
      <w:r w:rsidR="0015231C">
        <w:rPr>
          <w:b/>
          <w:bCs/>
          <w:color w:val="EE0000"/>
          <w:lang w:val="pt-PT"/>
        </w:rPr>
        <w:t>te</w:t>
      </w:r>
      <w:r w:rsidRPr="00A771A9">
        <w:rPr>
          <w:lang w:val="pt-PT"/>
        </w:rPr>
        <w:t xml:space="preserve">: associe o seu CIÊNCIA ID à sua conta </w:t>
      </w:r>
      <w:proofErr w:type="spellStart"/>
      <w:r w:rsidRPr="00A771A9">
        <w:rPr>
          <w:lang w:val="pt-PT"/>
        </w:rPr>
        <w:t>MyFCT</w:t>
      </w:r>
      <w:proofErr w:type="spellEnd"/>
      <w:r w:rsidRPr="00A771A9">
        <w:rPr>
          <w:lang w:val="pt-PT"/>
        </w:rPr>
        <w:t>.</w:t>
      </w:r>
    </w:p>
    <w:p w14:paraId="12B92B86" w14:textId="77777777" w:rsidR="009E39BD" w:rsidRDefault="00000000" w:rsidP="00A771A9">
      <w:pPr>
        <w:jc w:val="both"/>
      </w:pPr>
      <w:proofErr w:type="spellStart"/>
      <w:r>
        <w:t>MyFCT</w:t>
      </w:r>
      <w:proofErr w:type="spellEnd"/>
      <w:r>
        <w:t xml:space="preserve">: </w:t>
      </w:r>
      <w:hyperlink r:id="rId10">
        <w:r w:rsidR="009E39BD">
          <w:rPr>
            <w:color w:val="24566B"/>
            <w:u w:val="single"/>
          </w:rPr>
          <w:t>https://myfct.fct.pt/</w:t>
        </w:r>
      </w:hyperlink>
    </w:p>
    <w:p w14:paraId="64C76EF2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5. Grau académico mais elevado e ano de conclusão</w:t>
      </w:r>
    </w:p>
    <w:p w14:paraId="2A735B9D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53A21478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6. Possui o título académico de agregado?</w:t>
      </w:r>
    </w:p>
    <w:p w14:paraId="0BF81CBC" w14:textId="77777777" w:rsidR="009E39BD" w:rsidRDefault="00000000" w:rsidP="00A771A9">
      <w:pPr>
        <w:jc w:val="both"/>
      </w:pPr>
      <w:r>
        <w:t xml:space="preserve">Do you hold the Portuguese academic qualification of </w:t>
      </w:r>
      <w:proofErr w:type="spellStart"/>
      <w:r>
        <w:t>agregação</w:t>
      </w:r>
      <w:proofErr w:type="spellEnd"/>
      <w:r>
        <w:t xml:space="preserve"> (habilitation)?</w:t>
      </w:r>
    </w:p>
    <w:p w14:paraId="4873034E" w14:textId="77777777" w:rsidR="009E39BD" w:rsidRPr="0015231C" w:rsidRDefault="00000000" w:rsidP="00A771A9">
      <w:pPr>
        <w:jc w:val="both"/>
        <w:rPr>
          <w:lang w:val="en-GB"/>
        </w:rPr>
      </w:pPr>
      <w:r w:rsidRPr="0015231C">
        <w:rPr>
          <w:lang w:val="en-GB"/>
        </w:rPr>
        <w:t xml:space="preserve">☐ Sim / Yes     ☐ </w:t>
      </w:r>
      <w:proofErr w:type="spellStart"/>
      <w:r w:rsidRPr="0015231C">
        <w:rPr>
          <w:lang w:val="en-GB"/>
        </w:rPr>
        <w:t>Não</w:t>
      </w:r>
      <w:proofErr w:type="spellEnd"/>
      <w:r w:rsidRPr="0015231C">
        <w:rPr>
          <w:lang w:val="en-GB"/>
        </w:rPr>
        <w:t xml:space="preserve"> / No</w:t>
      </w:r>
    </w:p>
    <w:p w14:paraId="7F52AB36" w14:textId="77777777" w:rsidR="009E39BD" w:rsidRPr="0015231C" w:rsidRDefault="00000000" w:rsidP="00A771A9">
      <w:pPr>
        <w:jc w:val="both"/>
        <w:rPr>
          <w:lang w:val="en-GB"/>
        </w:rPr>
      </w:pPr>
      <w:r w:rsidRPr="0015231C">
        <w:rPr>
          <w:lang w:val="en-GB"/>
        </w:rPr>
        <w:br w:type="page"/>
      </w:r>
    </w:p>
    <w:p w14:paraId="217F3BB1" w14:textId="6953A92E" w:rsidR="009E39BD" w:rsidRPr="0015231C" w:rsidRDefault="00000000" w:rsidP="00A771A9">
      <w:pPr>
        <w:pStyle w:val="Ttulo1"/>
        <w:jc w:val="both"/>
        <w:rPr>
          <w:lang w:val="en-GB"/>
        </w:rPr>
      </w:pPr>
      <w:r w:rsidRPr="0015231C">
        <w:rPr>
          <w:lang w:val="en-GB"/>
        </w:rPr>
        <w:lastRenderedPageBreak/>
        <w:t xml:space="preserve">2 | </w:t>
      </w:r>
      <w:r w:rsidRPr="00A771A9">
        <w:rPr>
          <w:lang w:val="pt-PT"/>
        </w:rPr>
        <w:t>Formação doutoral</w:t>
      </w:r>
    </w:p>
    <w:p w14:paraId="2921BF8E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7. Situação relativa ao doutoramento</w:t>
      </w:r>
    </w:p>
    <w:p w14:paraId="3DF3BAE2" w14:textId="4B9550DF" w:rsidR="009E39BD" w:rsidRPr="0015231C" w:rsidRDefault="00000000" w:rsidP="00A771A9">
      <w:pPr>
        <w:jc w:val="both"/>
        <w:rPr>
          <w:lang w:val="pt-PT"/>
        </w:rPr>
      </w:pPr>
      <w:r w:rsidRPr="0015231C">
        <w:rPr>
          <w:lang w:val="pt-PT"/>
        </w:rPr>
        <w:t>Preencha apenas a opção aplicável: a), b) ou c).</w:t>
      </w:r>
    </w:p>
    <w:p w14:paraId="4A553D21" w14:textId="35D88296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a) Se possui doutoramento</w:t>
      </w:r>
    </w:p>
    <w:p w14:paraId="4316EA56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7a. Data de obtenção do doutoramento (dia/mês/ano)</w:t>
      </w:r>
    </w:p>
    <w:p w14:paraId="754562A2" w14:textId="7188E95F" w:rsidR="009E39BD" w:rsidRPr="000F21A4" w:rsidRDefault="009E39BD" w:rsidP="00A771A9">
      <w:pPr>
        <w:spacing w:after="80"/>
        <w:jc w:val="both"/>
        <w:rPr>
          <w:lang w:val="en-GB"/>
        </w:rPr>
      </w:pPr>
    </w:p>
    <w:p w14:paraId="3EC05491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01E5C75C" w14:textId="75F18911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b) Se está inscrito num programa doutoral</w:t>
      </w:r>
    </w:p>
    <w:p w14:paraId="32C83254" w14:textId="6C67B333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7b.i. Data de inscrição (dia/mês/ano)</w:t>
      </w:r>
    </w:p>
    <w:p w14:paraId="09A27B20" w14:textId="77777777" w:rsidR="00A771A9" w:rsidRDefault="00A771A9" w:rsidP="00A771A9">
      <w:pPr>
        <w:spacing w:after="80"/>
        <w:jc w:val="both"/>
        <w:rPr>
          <w:lang w:val="en-GB"/>
        </w:rPr>
      </w:pPr>
    </w:p>
    <w:p w14:paraId="4D36959B" w14:textId="77777777" w:rsidR="0015231C" w:rsidRPr="000F21A4" w:rsidRDefault="0015231C" w:rsidP="00A771A9">
      <w:pPr>
        <w:spacing w:after="80"/>
        <w:jc w:val="both"/>
        <w:rPr>
          <w:lang w:val="en-GB"/>
        </w:rPr>
      </w:pPr>
    </w:p>
    <w:p w14:paraId="3364EE7E" w14:textId="458AB198" w:rsidR="009E39BD" w:rsidRPr="00A771A9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7</w:t>
      </w:r>
      <w:proofErr w:type="gramStart"/>
      <w:r w:rsidRPr="00A771A9">
        <w:rPr>
          <w:lang w:val="pt-PT"/>
        </w:rPr>
        <w:t>b.ii.</w:t>
      </w:r>
      <w:proofErr w:type="gramEnd"/>
      <w:r w:rsidRPr="00A771A9">
        <w:rPr>
          <w:lang w:val="pt-PT"/>
        </w:rPr>
        <w:t xml:space="preserve"> Programa doutoral</w:t>
      </w:r>
    </w:p>
    <w:p w14:paraId="421E1BE2" w14:textId="0F6A705E" w:rsidR="009E39BD" w:rsidRDefault="009E39BD" w:rsidP="00A771A9">
      <w:pPr>
        <w:spacing w:after="80"/>
        <w:jc w:val="both"/>
        <w:rPr>
          <w:lang w:val="pt-PT"/>
        </w:rPr>
      </w:pPr>
    </w:p>
    <w:p w14:paraId="555C5975" w14:textId="77777777" w:rsidR="00A771A9" w:rsidRPr="00A771A9" w:rsidRDefault="00A771A9" w:rsidP="00A771A9">
      <w:pPr>
        <w:spacing w:after="80"/>
        <w:jc w:val="both"/>
        <w:rPr>
          <w:lang w:val="pt-PT"/>
        </w:rPr>
      </w:pPr>
    </w:p>
    <w:p w14:paraId="338975DA" w14:textId="25CCF87A" w:rsidR="009E39BD" w:rsidRPr="00A771A9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7b.iii. Orientador(</w:t>
      </w:r>
      <w:proofErr w:type="spellStart"/>
      <w:r w:rsidRPr="00A771A9">
        <w:rPr>
          <w:lang w:val="pt-PT"/>
        </w:rPr>
        <w:t>es</w:t>
      </w:r>
      <w:proofErr w:type="spellEnd"/>
      <w:r w:rsidRPr="00A771A9">
        <w:rPr>
          <w:lang w:val="pt-PT"/>
        </w:rPr>
        <w:t>)</w:t>
      </w:r>
    </w:p>
    <w:p w14:paraId="3B7B00DD" w14:textId="01657F3F" w:rsidR="009E39BD" w:rsidRPr="00A771A9" w:rsidRDefault="009E39BD" w:rsidP="00A771A9">
      <w:pPr>
        <w:spacing w:after="80"/>
        <w:jc w:val="both"/>
        <w:rPr>
          <w:lang w:val="pt-PT"/>
        </w:rPr>
      </w:pPr>
    </w:p>
    <w:p w14:paraId="78DD01DD" w14:textId="2DCF5719" w:rsidR="009E39BD" w:rsidRDefault="009E39BD" w:rsidP="00A771A9">
      <w:pPr>
        <w:spacing w:after="80"/>
        <w:jc w:val="both"/>
        <w:rPr>
          <w:lang w:val="pt-PT"/>
        </w:rPr>
      </w:pPr>
    </w:p>
    <w:p w14:paraId="15B210EE" w14:textId="77777777" w:rsidR="00A771A9" w:rsidRPr="00A771A9" w:rsidRDefault="00A771A9" w:rsidP="00A771A9">
      <w:pPr>
        <w:spacing w:after="80"/>
        <w:jc w:val="both"/>
        <w:rPr>
          <w:lang w:val="pt-PT"/>
        </w:rPr>
      </w:pPr>
    </w:p>
    <w:p w14:paraId="519D647C" w14:textId="13B6BF6E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c) Se prevê realizar doutoramento sob orientação de um membro do CIDMA</w:t>
      </w:r>
    </w:p>
    <w:p w14:paraId="0377CE97" w14:textId="5CCF95FE" w:rsidR="009E39BD" w:rsidRPr="00A771A9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7c.i. Programa doutoral previsto</w:t>
      </w:r>
    </w:p>
    <w:p w14:paraId="263D1ECB" w14:textId="064D314E" w:rsidR="009E39BD" w:rsidRDefault="009E39BD" w:rsidP="00A771A9">
      <w:pPr>
        <w:spacing w:after="80"/>
        <w:jc w:val="both"/>
        <w:rPr>
          <w:lang w:val="pt-PT"/>
        </w:rPr>
      </w:pPr>
    </w:p>
    <w:p w14:paraId="1C1774DB" w14:textId="77777777" w:rsidR="00A771A9" w:rsidRPr="00A771A9" w:rsidRDefault="00A771A9" w:rsidP="00A771A9">
      <w:pPr>
        <w:spacing w:after="80"/>
        <w:jc w:val="both"/>
        <w:rPr>
          <w:lang w:val="pt-PT"/>
        </w:rPr>
      </w:pPr>
    </w:p>
    <w:p w14:paraId="6C2AD773" w14:textId="5C616B3C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7</w:t>
      </w:r>
      <w:proofErr w:type="gramStart"/>
      <w:r w:rsidRPr="00A771A9">
        <w:rPr>
          <w:lang w:val="pt-PT"/>
        </w:rPr>
        <w:t>c.ii.</w:t>
      </w:r>
      <w:proofErr w:type="gramEnd"/>
      <w:r w:rsidRPr="00A771A9">
        <w:rPr>
          <w:lang w:val="pt-PT"/>
        </w:rPr>
        <w:t xml:space="preserve"> Orientador(</w:t>
      </w:r>
      <w:proofErr w:type="spellStart"/>
      <w:r w:rsidRPr="00A771A9">
        <w:rPr>
          <w:lang w:val="pt-PT"/>
        </w:rPr>
        <w:t>es</w:t>
      </w:r>
      <w:proofErr w:type="spellEnd"/>
      <w:r w:rsidRPr="00A771A9">
        <w:rPr>
          <w:lang w:val="pt-PT"/>
        </w:rPr>
        <w:t>) previsto(s)</w:t>
      </w:r>
    </w:p>
    <w:p w14:paraId="42983809" w14:textId="5A69266F" w:rsidR="009E39BD" w:rsidRDefault="009E39BD" w:rsidP="00A771A9">
      <w:pPr>
        <w:spacing w:after="80"/>
        <w:jc w:val="both"/>
      </w:pPr>
    </w:p>
    <w:p w14:paraId="2AE46798" w14:textId="77777777" w:rsidR="00A771A9" w:rsidRDefault="00A771A9" w:rsidP="00A771A9">
      <w:pPr>
        <w:spacing w:after="80"/>
        <w:jc w:val="both"/>
      </w:pPr>
    </w:p>
    <w:p w14:paraId="64AA826A" w14:textId="0EF44F26" w:rsidR="009E39BD" w:rsidRDefault="009E39BD" w:rsidP="00A771A9">
      <w:pPr>
        <w:spacing w:after="80"/>
        <w:jc w:val="both"/>
      </w:pPr>
    </w:p>
    <w:p w14:paraId="7C5A11D8" w14:textId="77777777" w:rsidR="009E39BD" w:rsidRDefault="00000000" w:rsidP="00A771A9">
      <w:pPr>
        <w:jc w:val="both"/>
      </w:pPr>
      <w:r>
        <w:br w:type="page"/>
      </w:r>
    </w:p>
    <w:p w14:paraId="266B768B" w14:textId="5FDAF7F7" w:rsidR="009E39BD" w:rsidRDefault="00000000" w:rsidP="00A771A9">
      <w:pPr>
        <w:pStyle w:val="Ttulo1"/>
        <w:jc w:val="both"/>
      </w:pPr>
      <w:r>
        <w:lastRenderedPageBreak/>
        <w:t xml:space="preserve">3 | </w:t>
      </w:r>
      <w:proofErr w:type="spellStart"/>
      <w:r>
        <w:t>Situação</w:t>
      </w:r>
      <w:proofErr w:type="spellEnd"/>
      <w:r>
        <w:t xml:space="preserve"> </w:t>
      </w:r>
      <w:proofErr w:type="spellStart"/>
      <w:r>
        <w:t>profissional</w:t>
      </w:r>
      <w:proofErr w:type="spellEnd"/>
    </w:p>
    <w:p w14:paraId="7E296D9F" w14:textId="17B0DED7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8. Percentagem de tempo dedicada a atividades de investigação</w:t>
      </w:r>
    </w:p>
    <w:p w14:paraId="165F66AC" w14:textId="0E601CDC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>Candidatos a membro integrado: pelo menos 30%</w:t>
      </w:r>
    </w:p>
    <w:p w14:paraId="64F29C57" w14:textId="4D8D264B" w:rsidR="009E39BD" w:rsidRDefault="009E39BD" w:rsidP="00A771A9">
      <w:pPr>
        <w:spacing w:after="80"/>
        <w:jc w:val="both"/>
        <w:rPr>
          <w:lang w:val="pt-PT"/>
        </w:rPr>
      </w:pPr>
    </w:p>
    <w:p w14:paraId="643E500A" w14:textId="77777777" w:rsidR="00A771A9" w:rsidRPr="00A771A9" w:rsidRDefault="00A771A9" w:rsidP="00A771A9">
      <w:pPr>
        <w:spacing w:after="80"/>
        <w:jc w:val="both"/>
        <w:rPr>
          <w:lang w:val="pt-PT"/>
        </w:rPr>
      </w:pPr>
    </w:p>
    <w:p w14:paraId="0FFC6D49" w14:textId="2B8A4A2D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9. Situação profissional e instituição de vínculo</w:t>
      </w:r>
    </w:p>
    <w:p w14:paraId="61F94A8E" w14:textId="2D39A5AC" w:rsidR="009E39BD" w:rsidRDefault="00000000" w:rsidP="00A771A9">
      <w:pPr>
        <w:jc w:val="both"/>
      </w:pPr>
      <w:r>
        <w:t xml:space="preserve">Exemplos: vínculo ao ensino superior ou não superior, bolsa, contrato de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aposentação</w:t>
      </w:r>
      <w:proofErr w:type="spellEnd"/>
      <w:r>
        <w:t>.</w:t>
      </w:r>
    </w:p>
    <w:p w14:paraId="33AE1CE7" w14:textId="4591692C" w:rsidR="009E39BD" w:rsidRPr="000F21A4" w:rsidRDefault="009E39BD" w:rsidP="00A771A9">
      <w:pPr>
        <w:spacing w:after="80"/>
        <w:jc w:val="both"/>
        <w:rPr>
          <w:lang w:val="en-GB"/>
        </w:rPr>
      </w:pPr>
    </w:p>
    <w:p w14:paraId="3997924D" w14:textId="767C9925" w:rsidR="009E39BD" w:rsidRPr="000F21A4" w:rsidRDefault="009E39BD" w:rsidP="00A771A9">
      <w:pPr>
        <w:spacing w:after="80"/>
        <w:jc w:val="both"/>
        <w:rPr>
          <w:lang w:val="en-GB"/>
        </w:rPr>
      </w:pPr>
    </w:p>
    <w:p w14:paraId="59F4923A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1B71F9AC" w14:textId="235D2130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10. É titular de uma bolsa de doutoramento ou de pós-doutoramento?</w:t>
      </w:r>
    </w:p>
    <w:p w14:paraId="7E83FF24" w14:textId="6FF48EFF" w:rsidR="009E39BD" w:rsidRPr="00A771A9" w:rsidRDefault="00000000" w:rsidP="00A771A9">
      <w:pPr>
        <w:jc w:val="both"/>
        <w:rPr>
          <w:lang w:val="pt-PT"/>
        </w:rPr>
      </w:pPr>
      <w:r w:rsidRPr="00A771A9">
        <w:rPr>
          <w:rFonts w:ascii="Segoe UI Symbol" w:hAnsi="Segoe UI Symbol" w:cs="Segoe UI Symbol"/>
          <w:lang w:val="pt-PT"/>
        </w:rPr>
        <w:t>☐</w:t>
      </w:r>
      <w:r w:rsidRPr="00A771A9">
        <w:rPr>
          <w:lang w:val="pt-PT"/>
        </w:rPr>
        <w:t xml:space="preserve"> Sim     ☐ Não</w:t>
      </w:r>
    </w:p>
    <w:p w14:paraId="35CA228E" w14:textId="667A3148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10a. Em caso afirmativo, indique a referência da bolsa</w:t>
      </w:r>
    </w:p>
    <w:p w14:paraId="269C81F2" w14:textId="169A9BE1" w:rsidR="009E39BD" w:rsidRDefault="009E39BD" w:rsidP="00A771A9">
      <w:pPr>
        <w:spacing w:after="80"/>
        <w:jc w:val="both"/>
      </w:pPr>
    </w:p>
    <w:p w14:paraId="6B8EF4A5" w14:textId="77777777" w:rsidR="00A771A9" w:rsidRDefault="00A771A9" w:rsidP="00A771A9">
      <w:pPr>
        <w:spacing w:after="80"/>
        <w:jc w:val="both"/>
      </w:pPr>
    </w:p>
    <w:p w14:paraId="5F11EAF1" w14:textId="08E34899" w:rsidR="009E39BD" w:rsidRDefault="00000000" w:rsidP="0015231C">
      <w:pPr>
        <w:pStyle w:val="Ttulo2"/>
        <w:jc w:val="both"/>
      </w:pPr>
      <w:r>
        <w:t xml:space="preserve">11.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profissional</w:t>
      </w:r>
      <w:proofErr w:type="spellEnd"/>
    </w:p>
    <w:p w14:paraId="4D6F0E5F" w14:textId="32E28D3B" w:rsidR="009E39BD" w:rsidRDefault="00000000" w:rsidP="00A771A9">
      <w:pPr>
        <w:jc w:val="both"/>
      </w:pPr>
      <w:r>
        <w:t xml:space="preserve">Exemplos: professor auxiliar, investigador </w:t>
      </w:r>
      <w:proofErr w:type="spellStart"/>
      <w:r>
        <w:t>doutorado</w:t>
      </w:r>
      <w:proofErr w:type="spellEnd"/>
      <w:r>
        <w:t xml:space="preserve"> </w:t>
      </w:r>
      <w:proofErr w:type="spellStart"/>
      <w:r>
        <w:t>contratado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bolseiro</w:t>
      </w:r>
      <w:proofErr w:type="spellEnd"/>
      <w:r>
        <w:t>.</w:t>
      </w:r>
    </w:p>
    <w:p w14:paraId="38871ECA" w14:textId="664C4F02" w:rsidR="009E39BD" w:rsidRPr="000F21A4" w:rsidRDefault="009E39BD" w:rsidP="00A771A9">
      <w:pPr>
        <w:spacing w:after="80"/>
        <w:jc w:val="both"/>
      </w:pPr>
    </w:p>
    <w:p w14:paraId="7C5A1AE1" w14:textId="77777777" w:rsidR="00A771A9" w:rsidRPr="000F21A4" w:rsidRDefault="00A771A9" w:rsidP="00A771A9">
      <w:pPr>
        <w:spacing w:after="80"/>
        <w:jc w:val="both"/>
      </w:pPr>
    </w:p>
    <w:p w14:paraId="76106DA4" w14:textId="77777777" w:rsidR="00A771A9" w:rsidRPr="000F21A4" w:rsidRDefault="00A771A9" w:rsidP="00A771A9">
      <w:pPr>
        <w:spacing w:after="80"/>
        <w:jc w:val="both"/>
      </w:pPr>
    </w:p>
    <w:p w14:paraId="7CB0B4A7" w14:textId="006B40DD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12. Principais tópicos dos seus planos de investigação futura</w:t>
      </w:r>
    </w:p>
    <w:p w14:paraId="220F7463" w14:textId="6F4B3565" w:rsidR="009E39BD" w:rsidRPr="000F21A4" w:rsidRDefault="009E39BD" w:rsidP="00A771A9">
      <w:pPr>
        <w:spacing w:after="80"/>
        <w:jc w:val="both"/>
        <w:rPr>
          <w:lang w:val="en-GB"/>
        </w:rPr>
      </w:pPr>
    </w:p>
    <w:p w14:paraId="12C9AF27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67D81FB5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243496B9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269202F5" w14:textId="77777777" w:rsidR="00A771A9" w:rsidRPr="000F21A4" w:rsidRDefault="00A771A9" w:rsidP="00A771A9">
      <w:pPr>
        <w:spacing w:after="80"/>
        <w:jc w:val="both"/>
        <w:rPr>
          <w:lang w:val="en-GB"/>
        </w:rPr>
      </w:pPr>
    </w:p>
    <w:p w14:paraId="72AC894F" w14:textId="4420F2B1" w:rsidR="009E39BD" w:rsidRPr="0015231C" w:rsidRDefault="00000000" w:rsidP="0015231C">
      <w:pPr>
        <w:pStyle w:val="Ttulo2"/>
        <w:jc w:val="both"/>
        <w:rPr>
          <w:lang w:val="pt-PT"/>
        </w:rPr>
      </w:pPr>
      <w:r w:rsidRPr="00A771A9">
        <w:rPr>
          <w:lang w:val="pt-PT"/>
        </w:rPr>
        <w:t>13. Grupo de investigação do CIDMA ao qual pretende associar-se</w:t>
      </w:r>
    </w:p>
    <w:p w14:paraId="601C8173" w14:textId="4A884586" w:rsidR="009E39BD" w:rsidRDefault="009E39BD" w:rsidP="00A771A9">
      <w:pPr>
        <w:spacing w:after="80"/>
        <w:jc w:val="both"/>
        <w:rPr>
          <w:lang w:val="en-GB"/>
        </w:rPr>
      </w:pPr>
    </w:p>
    <w:p w14:paraId="2CBB34B0" w14:textId="77777777" w:rsidR="0015231C" w:rsidRPr="000F21A4" w:rsidRDefault="0015231C" w:rsidP="00A771A9">
      <w:pPr>
        <w:spacing w:after="80"/>
        <w:jc w:val="both"/>
        <w:rPr>
          <w:lang w:val="en-GB"/>
        </w:rPr>
      </w:pPr>
    </w:p>
    <w:p w14:paraId="30AB3C95" w14:textId="77777777" w:rsidR="009E39BD" w:rsidRPr="000F21A4" w:rsidRDefault="00000000" w:rsidP="00A771A9">
      <w:pPr>
        <w:jc w:val="both"/>
        <w:rPr>
          <w:lang w:val="en-GB"/>
        </w:rPr>
      </w:pPr>
      <w:r w:rsidRPr="000F21A4">
        <w:rPr>
          <w:lang w:val="en-GB"/>
        </w:rPr>
        <w:br w:type="page"/>
      </w:r>
    </w:p>
    <w:p w14:paraId="343FFB51" w14:textId="4DF3AB9D" w:rsidR="009E39BD" w:rsidRPr="00A771A9" w:rsidRDefault="00000000" w:rsidP="00A771A9">
      <w:pPr>
        <w:pStyle w:val="Ttulo1"/>
        <w:jc w:val="both"/>
        <w:rPr>
          <w:lang w:val="pt-PT"/>
        </w:rPr>
      </w:pPr>
      <w:r w:rsidRPr="00A771A9">
        <w:rPr>
          <w:lang w:val="pt-PT"/>
        </w:rPr>
        <w:lastRenderedPageBreak/>
        <w:t>4 | Documentação e publicaçõe</w:t>
      </w:r>
      <w:r w:rsidR="0015231C">
        <w:rPr>
          <w:lang w:val="pt-PT"/>
        </w:rPr>
        <w:t>s</w:t>
      </w:r>
    </w:p>
    <w:p w14:paraId="15992E71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14. Curriculum vitae</w:t>
      </w:r>
    </w:p>
    <w:p w14:paraId="30975AA0" w14:textId="2288153D" w:rsidR="009E39BD" w:rsidRPr="00A771A9" w:rsidRDefault="00000000" w:rsidP="00A771A9">
      <w:pPr>
        <w:jc w:val="both"/>
        <w:rPr>
          <w:lang w:val="pt-PT"/>
        </w:rPr>
      </w:pPr>
      <w:proofErr w:type="spellStart"/>
      <w:r w:rsidRPr="00A771A9">
        <w:rPr>
          <w:lang w:val="pt-PT"/>
        </w:rPr>
        <w:t>Update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your</w:t>
      </w:r>
      <w:proofErr w:type="spellEnd"/>
      <w:r w:rsidRPr="00A771A9">
        <w:rPr>
          <w:lang w:val="pt-PT"/>
        </w:rPr>
        <w:t xml:space="preserve"> CV </w:t>
      </w:r>
      <w:proofErr w:type="spellStart"/>
      <w:r w:rsidRPr="00A771A9">
        <w:rPr>
          <w:lang w:val="pt-PT"/>
        </w:rPr>
        <w:t>on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the</w:t>
      </w:r>
      <w:proofErr w:type="spellEnd"/>
      <w:r w:rsidRPr="00A771A9">
        <w:rPr>
          <w:lang w:val="pt-PT"/>
        </w:rPr>
        <w:t xml:space="preserve"> CIÊNCIAVITAE </w:t>
      </w:r>
      <w:proofErr w:type="spellStart"/>
      <w:r w:rsidRPr="00A771A9">
        <w:rPr>
          <w:lang w:val="pt-PT"/>
        </w:rPr>
        <w:t>platform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and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attach</w:t>
      </w:r>
      <w:proofErr w:type="spellEnd"/>
      <w:r w:rsidRPr="00A771A9">
        <w:rPr>
          <w:lang w:val="pt-PT"/>
        </w:rPr>
        <w:t xml:space="preserve"> a PDF </w:t>
      </w:r>
      <w:proofErr w:type="spellStart"/>
      <w:r w:rsidRPr="00A771A9">
        <w:rPr>
          <w:lang w:val="pt-PT"/>
        </w:rPr>
        <w:t>copy</w:t>
      </w:r>
      <w:proofErr w:type="spellEnd"/>
      <w:r w:rsidRPr="00A771A9">
        <w:rPr>
          <w:lang w:val="pt-PT"/>
        </w:rPr>
        <w:t>.</w:t>
      </w:r>
    </w:p>
    <w:p w14:paraId="397C8118" w14:textId="77777777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 xml:space="preserve">CIÊNCIAVITAE: </w:t>
      </w:r>
      <w:hyperlink r:id="rId11">
        <w:r w:rsidR="009E39BD" w:rsidRPr="00A771A9">
          <w:rPr>
            <w:color w:val="24566B"/>
            <w:u w:val="single"/>
            <w:lang w:val="pt-PT"/>
          </w:rPr>
          <w:t>https://www.cienciavitae.pt/</w:t>
        </w:r>
      </w:hyperlink>
    </w:p>
    <w:p w14:paraId="78714ECE" w14:textId="1E9B7511" w:rsidR="009E39BD" w:rsidRPr="0015231C" w:rsidRDefault="00000000" w:rsidP="00A771A9">
      <w:pPr>
        <w:jc w:val="both"/>
        <w:rPr>
          <w:lang w:val="pt-PT"/>
        </w:rPr>
      </w:pPr>
      <w:r w:rsidRPr="0015231C">
        <w:rPr>
          <w:rFonts w:ascii="Segoe UI Symbol" w:hAnsi="Segoe UI Symbol" w:cs="Segoe UI Symbol"/>
          <w:lang w:val="pt-PT"/>
        </w:rPr>
        <w:t>☐</w:t>
      </w:r>
      <w:r w:rsidRPr="0015231C">
        <w:rPr>
          <w:lang w:val="pt-PT"/>
        </w:rPr>
        <w:t xml:space="preserve"> Cópia PDF do CV anexada</w:t>
      </w:r>
    </w:p>
    <w:p w14:paraId="2DE933EA" w14:textId="77777777" w:rsidR="009E39BD" w:rsidRDefault="00000000" w:rsidP="00A771A9">
      <w:pPr>
        <w:pStyle w:val="Ttulo2"/>
        <w:jc w:val="both"/>
      </w:pPr>
      <w:r w:rsidRPr="0015231C">
        <w:rPr>
          <w:lang w:val="pt-PT"/>
        </w:rPr>
        <w:t>15. Indicadores de publicação</w:t>
      </w:r>
    </w:p>
    <w:p w14:paraId="6679743E" w14:textId="588DCF6B" w:rsidR="009E39BD" w:rsidRDefault="00000000" w:rsidP="00A771A9">
      <w:pPr>
        <w:jc w:val="both"/>
      </w:pPr>
      <w:r>
        <w:t xml:space="preserve">A </w:t>
      </w:r>
      <w:proofErr w:type="spellStart"/>
      <w:r>
        <w:t>preencher</w:t>
      </w:r>
      <w:proofErr w:type="spellEnd"/>
      <w:r>
        <w:t xml:space="preserve"> </w:t>
      </w:r>
      <w:proofErr w:type="spellStart"/>
      <w:r>
        <w:t>apenas</w:t>
      </w:r>
      <w:proofErr w:type="spellEnd"/>
      <w:r>
        <w:t xml:space="preserve"> </w:t>
      </w:r>
      <w:proofErr w:type="spellStart"/>
      <w:r>
        <w:t>pelos</w:t>
      </w:r>
      <w:proofErr w:type="spellEnd"/>
      <w:r>
        <w:t xml:space="preserve"> candidatos a </w:t>
      </w:r>
      <w:proofErr w:type="spellStart"/>
      <w:r>
        <w:t>membro</w:t>
      </w:r>
      <w:proofErr w:type="spellEnd"/>
      <w:r>
        <w:t xml:space="preserve"> </w:t>
      </w:r>
      <w:proofErr w:type="spellStart"/>
      <w:r>
        <w:t>integrado</w:t>
      </w:r>
      <w:proofErr w:type="spellEnd"/>
      <w:r>
        <w:t xml:space="preserve"> com </w:t>
      </w:r>
      <w:proofErr w:type="spellStart"/>
      <w:r>
        <w:t>doutoramento</w:t>
      </w:r>
      <w:proofErr w:type="spellEnd"/>
      <w:r>
        <w:t>.</w:t>
      </w:r>
    </w:p>
    <w:p w14:paraId="5C6D5F5D" w14:textId="6490A585" w:rsidR="009E39BD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>N designa o último ano</w:t>
      </w:r>
      <w:r w:rsidR="00A771A9">
        <w:rPr>
          <w:lang w:val="pt-PT"/>
        </w:rPr>
        <w:t xml:space="preserve"> </w:t>
      </w:r>
      <w:proofErr w:type="spellStart"/>
      <w:r w:rsidR="00A771A9">
        <w:rPr>
          <w:lang w:val="pt-PT"/>
        </w:rPr>
        <w:t>cívil</w:t>
      </w:r>
      <w:proofErr w:type="spellEnd"/>
      <w:r w:rsidRPr="00A771A9">
        <w:rPr>
          <w:lang w:val="pt-PT"/>
        </w:rPr>
        <w:t>.</w:t>
      </w:r>
    </w:p>
    <w:p w14:paraId="4D29B2DD" w14:textId="77777777" w:rsidR="00A771A9" w:rsidRPr="00A771A9" w:rsidRDefault="00A771A9" w:rsidP="00A771A9">
      <w:pPr>
        <w:jc w:val="both"/>
        <w:rPr>
          <w:lang w:val="pt-PT"/>
        </w:rPr>
      </w:pPr>
    </w:p>
    <w:p w14:paraId="22E30354" w14:textId="48EFE833" w:rsidR="009E39BD" w:rsidRPr="0015231C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>a) Se obteve o doutoramento antes de N − 2, indique quatro artigos publicados entre N − 4 e N, inclusive.</w:t>
      </w:r>
    </w:p>
    <w:p w14:paraId="7CC39460" w14:textId="77777777" w:rsidR="00A771A9" w:rsidRDefault="00A771A9" w:rsidP="00A771A9">
      <w:pPr>
        <w:jc w:val="both"/>
      </w:pPr>
    </w:p>
    <w:p w14:paraId="76F6DB92" w14:textId="77777777" w:rsidR="0015231C" w:rsidRDefault="0015231C" w:rsidP="00A771A9">
      <w:pPr>
        <w:jc w:val="both"/>
      </w:pPr>
    </w:p>
    <w:p w14:paraId="7A037BAA" w14:textId="77777777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>b) Se obteve o doutoramento após N − 3, indique entre duas e quatro publicações no período de N − 4 a N, inclusive. Se necessário, uma delas pode ser a tese de doutoramento.</w:t>
      </w:r>
    </w:p>
    <w:p w14:paraId="72AC13E7" w14:textId="05660965" w:rsidR="009E39BD" w:rsidRDefault="009E39BD" w:rsidP="00A771A9">
      <w:pPr>
        <w:jc w:val="both"/>
      </w:pPr>
    </w:p>
    <w:p w14:paraId="4A70FD0C" w14:textId="77777777" w:rsidR="00A771A9" w:rsidRDefault="00A771A9" w:rsidP="00A771A9">
      <w:pPr>
        <w:jc w:val="both"/>
      </w:pPr>
    </w:p>
    <w:p w14:paraId="4E847B87" w14:textId="77777777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t xml:space="preserve">Indique a referência bibliográfica de cada publicação. / </w:t>
      </w:r>
      <w:proofErr w:type="spellStart"/>
      <w:r w:rsidRPr="00A771A9">
        <w:rPr>
          <w:lang w:val="pt-PT"/>
        </w:rPr>
        <w:t>Provide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the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bibliographic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reference</w:t>
      </w:r>
      <w:proofErr w:type="spellEnd"/>
      <w:r w:rsidRPr="00A771A9">
        <w:rPr>
          <w:lang w:val="pt-PT"/>
        </w:rPr>
        <w:t xml:space="preserve"> for </w:t>
      </w:r>
      <w:proofErr w:type="spellStart"/>
      <w:r w:rsidRPr="00A771A9">
        <w:rPr>
          <w:lang w:val="pt-PT"/>
        </w:rPr>
        <w:t>each</w:t>
      </w:r>
      <w:proofErr w:type="spellEnd"/>
      <w:r w:rsidRPr="00A771A9">
        <w:rPr>
          <w:lang w:val="pt-PT"/>
        </w:rPr>
        <w:t xml:space="preserve"> </w:t>
      </w:r>
      <w:proofErr w:type="spellStart"/>
      <w:r w:rsidRPr="00A771A9">
        <w:rPr>
          <w:lang w:val="pt-PT"/>
        </w:rPr>
        <w:t>publication</w:t>
      </w:r>
      <w:proofErr w:type="spellEnd"/>
      <w:r w:rsidRPr="00A771A9">
        <w:rPr>
          <w:lang w:val="pt-PT"/>
        </w:rPr>
        <w:t>.</w:t>
      </w:r>
    </w:p>
    <w:p w14:paraId="4B83D890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15.1. Publicação</w:t>
      </w:r>
    </w:p>
    <w:p w14:paraId="5B6F5D24" w14:textId="6BA89065" w:rsidR="009E39BD" w:rsidRDefault="009E39BD" w:rsidP="00A771A9">
      <w:pPr>
        <w:spacing w:after="80"/>
        <w:jc w:val="both"/>
        <w:rPr>
          <w:lang w:val="pt-PT"/>
        </w:rPr>
      </w:pPr>
    </w:p>
    <w:p w14:paraId="09594152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0D5F5A0D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15.2. Publicação</w:t>
      </w:r>
    </w:p>
    <w:p w14:paraId="00779F3C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08246D28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54E965C2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15.3. Publicação</w:t>
      </w:r>
    </w:p>
    <w:p w14:paraId="566445B9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5FD3A9E4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084345FC" w14:textId="77777777" w:rsidR="009E39BD" w:rsidRPr="00A771A9" w:rsidRDefault="00000000" w:rsidP="00A771A9">
      <w:pPr>
        <w:pStyle w:val="Ttulo2"/>
        <w:jc w:val="both"/>
        <w:rPr>
          <w:lang w:val="pt-PT"/>
        </w:rPr>
      </w:pPr>
      <w:r w:rsidRPr="00A771A9">
        <w:rPr>
          <w:lang w:val="pt-PT"/>
        </w:rPr>
        <w:t>15.4. Publicação</w:t>
      </w:r>
    </w:p>
    <w:p w14:paraId="0D8579C5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549D3FA6" w14:textId="77777777" w:rsidR="00A771A9" w:rsidRDefault="00A771A9" w:rsidP="00A771A9">
      <w:pPr>
        <w:spacing w:after="80"/>
        <w:jc w:val="both"/>
        <w:rPr>
          <w:lang w:val="pt-PT"/>
        </w:rPr>
      </w:pPr>
    </w:p>
    <w:p w14:paraId="4BBE6720" w14:textId="77777777" w:rsidR="009E39BD" w:rsidRPr="00A771A9" w:rsidRDefault="00000000" w:rsidP="00A771A9">
      <w:pPr>
        <w:jc w:val="both"/>
        <w:rPr>
          <w:lang w:val="pt-PT"/>
        </w:rPr>
      </w:pPr>
      <w:r w:rsidRPr="00A771A9">
        <w:rPr>
          <w:lang w:val="pt-PT"/>
        </w:rPr>
        <w:br w:type="page"/>
      </w:r>
    </w:p>
    <w:sectPr w:rsidR="009E39BD" w:rsidRPr="00A771A9" w:rsidSect="00034616">
      <w:headerReference w:type="default" r:id="rId12"/>
      <w:footerReference w:type="default" r:id="rId13"/>
      <w:pgSz w:w="11909" w:h="16834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DFC65" w14:textId="77777777" w:rsidR="00C94B46" w:rsidRDefault="00C94B46">
      <w:pPr>
        <w:spacing w:after="0" w:line="240" w:lineRule="auto"/>
      </w:pPr>
      <w:r>
        <w:separator/>
      </w:r>
    </w:p>
  </w:endnote>
  <w:endnote w:type="continuationSeparator" w:id="0">
    <w:p w14:paraId="7E6F471A" w14:textId="77777777" w:rsidR="00C94B46" w:rsidRDefault="00C9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82945" w14:textId="77777777" w:rsidR="009E39BD" w:rsidRDefault="00000000">
    <w:pPr>
      <w:pStyle w:val="Rodap"/>
      <w:jc w:val="right"/>
    </w:pPr>
    <w:proofErr w:type="gramStart"/>
    <w:r>
      <w:rPr>
        <w:color w:val="666666"/>
        <w:sz w:val="18"/>
      </w:rPr>
      <w:t>CIDMA  |</w:t>
    </w:r>
    <w:proofErr w:type="gramEnd"/>
    <w:r>
      <w:rPr>
        <w:color w:val="666666"/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A771A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29A9" w14:textId="77777777" w:rsidR="00C94B46" w:rsidRDefault="00C94B46">
      <w:pPr>
        <w:spacing w:after="0" w:line="240" w:lineRule="auto"/>
      </w:pPr>
      <w:r>
        <w:separator/>
      </w:r>
    </w:p>
  </w:footnote>
  <w:footnote w:type="continuationSeparator" w:id="0">
    <w:p w14:paraId="1C529480" w14:textId="77777777" w:rsidR="00C94B46" w:rsidRDefault="00C9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6023" w14:textId="6882522D" w:rsidR="000F21A4" w:rsidRDefault="000F21A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560DAF" wp14:editId="7463E99D">
          <wp:simplePos x="0" y="0"/>
          <wp:positionH relativeFrom="column">
            <wp:posOffset>5021580</wp:posOffset>
          </wp:positionH>
          <wp:positionV relativeFrom="paragraph">
            <wp:posOffset>-285750</wp:posOffset>
          </wp:positionV>
          <wp:extent cx="1079500" cy="415925"/>
          <wp:effectExtent l="0" t="0" r="0" b="0"/>
          <wp:wrapSquare wrapText="bothSides"/>
          <wp:docPr id="213811063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110630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12934E" w14:textId="77777777" w:rsidR="000F21A4" w:rsidRDefault="000F21A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7245670">
    <w:abstractNumId w:val="8"/>
  </w:num>
  <w:num w:numId="2" w16cid:durableId="169024821">
    <w:abstractNumId w:val="6"/>
  </w:num>
  <w:num w:numId="3" w16cid:durableId="1232496829">
    <w:abstractNumId w:val="5"/>
  </w:num>
  <w:num w:numId="4" w16cid:durableId="1387215877">
    <w:abstractNumId w:val="4"/>
  </w:num>
  <w:num w:numId="5" w16cid:durableId="133568932">
    <w:abstractNumId w:val="7"/>
  </w:num>
  <w:num w:numId="6" w16cid:durableId="138545659">
    <w:abstractNumId w:val="3"/>
  </w:num>
  <w:num w:numId="7" w16cid:durableId="871920834">
    <w:abstractNumId w:val="2"/>
  </w:num>
  <w:num w:numId="8" w16cid:durableId="2076007706">
    <w:abstractNumId w:val="1"/>
  </w:num>
  <w:num w:numId="9" w16cid:durableId="485517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D4F"/>
    <w:rsid w:val="0006063C"/>
    <w:rsid w:val="000F21A4"/>
    <w:rsid w:val="0015074B"/>
    <w:rsid w:val="0015231C"/>
    <w:rsid w:val="0029639D"/>
    <w:rsid w:val="00326F90"/>
    <w:rsid w:val="009E39BD"/>
    <w:rsid w:val="00A22C55"/>
    <w:rsid w:val="00A771A9"/>
    <w:rsid w:val="00AA1D8D"/>
    <w:rsid w:val="00B47730"/>
    <w:rsid w:val="00C94B46"/>
    <w:rsid w:val="00CB0664"/>
    <w:rsid w:val="00D430D2"/>
    <w:rsid w:val="00D91E36"/>
    <w:rsid w:val="00E51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53C06B"/>
  <w14:defaultImageDpi w14:val="300"/>
  <w15:docId w15:val="{59D9ECDA-8A1A-48E2-AE1F-08E03CB33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33333"/>
      <w:sz w:val="21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24566B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4566B"/>
      <w:sz w:val="22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24566B"/>
      <w:spacing w:val="5"/>
      <w:kern w:val="28"/>
      <w:sz w:val="40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enciavitae.p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yfct.fct.p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iencia-id.pt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427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Nelson Vieira</cp:lastModifiedBy>
  <cp:revision>4</cp:revision>
  <dcterms:created xsi:type="dcterms:W3CDTF">2013-12-23T23:15:00Z</dcterms:created>
  <dcterms:modified xsi:type="dcterms:W3CDTF">2026-10-11T16:50:00Z</dcterms:modified>
  <cp:category/>
</cp:coreProperties>
</file>