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5A8D29" w14:textId="77777777" w:rsidR="002923EA" w:rsidRPr="00F3150A" w:rsidRDefault="00000000" w:rsidP="00AC50D7">
      <w:pPr>
        <w:pStyle w:val="Ttulo"/>
        <w:jc w:val="both"/>
        <w:rPr>
          <w:lang w:val="pt-PT"/>
        </w:rPr>
      </w:pPr>
      <w:r w:rsidRPr="00F3150A">
        <w:rPr>
          <w:lang w:val="pt-PT"/>
        </w:rPr>
        <w:t>Relatório da Atividade de Consultor</w:t>
      </w:r>
    </w:p>
    <w:p w14:paraId="5FE64658" w14:textId="77777777" w:rsidR="002923EA" w:rsidRPr="00F3150A" w:rsidRDefault="00000000" w:rsidP="00AC50D7">
      <w:pPr>
        <w:jc w:val="both"/>
        <w:rPr>
          <w:b/>
          <w:bCs/>
          <w:lang w:val="pt-PT"/>
        </w:rPr>
      </w:pPr>
      <w:r w:rsidRPr="00F3150A">
        <w:rPr>
          <w:b/>
          <w:bCs/>
          <w:lang w:val="pt-PT"/>
        </w:rPr>
        <w:t>Versão portuguesa</w:t>
      </w:r>
    </w:p>
    <w:p w14:paraId="20257FC1" w14:textId="77777777" w:rsidR="002923EA" w:rsidRPr="00F3150A" w:rsidRDefault="00000000" w:rsidP="00AC50D7">
      <w:pPr>
        <w:pStyle w:val="Instruction"/>
        <w:jc w:val="both"/>
        <w:rPr>
          <w:lang w:val="pt-PT"/>
        </w:rPr>
      </w:pPr>
      <w:r w:rsidRPr="00F3150A">
        <w:rPr>
          <w:lang w:val="pt-PT"/>
        </w:rPr>
        <w:t>INSTRUÇÕES: substitua os campos entre parênteses retos pelos dados da visita. Conserve apenas os parágrafos aplicáveis; se a visita incluir investigação e uma palestra, conserve ambos e ajuste a ligação entre eles. Adeque os tempos verbais à natureza do documento: atividade prevista ou já realizada. Quando terminar o preenchimento, apague todas as instruções a laranja, incluindo esta indicação, antes de entregar a declaração.</w:t>
      </w:r>
    </w:p>
    <w:p w14:paraId="59A2C429" w14:textId="77777777" w:rsidR="002923EA" w:rsidRPr="00F3150A" w:rsidRDefault="00000000" w:rsidP="00AC50D7">
      <w:pPr>
        <w:jc w:val="both"/>
        <w:rPr>
          <w:lang w:val="pt-PT"/>
        </w:rPr>
      </w:pPr>
      <w:r w:rsidRPr="00F3150A">
        <w:rPr>
          <w:b/>
          <w:bCs/>
          <w:lang w:val="pt-PT"/>
        </w:rPr>
        <w:t>Resumo</w:t>
      </w:r>
      <w:r w:rsidRPr="00F3150A">
        <w:rPr>
          <w:lang w:val="pt-PT"/>
        </w:rPr>
        <w:t>: [descrever a atividade do consultor numa única frase].</w:t>
      </w:r>
    </w:p>
    <w:p w14:paraId="544C49D0" w14:textId="77777777" w:rsidR="002923EA" w:rsidRPr="00F3150A" w:rsidRDefault="00000000" w:rsidP="00AC50D7">
      <w:pPr>
        <w:pStyle w:val="Instruction"/>
        <w:jc w:val="both"/>
        <w:rPr>
          <w:lang w:val="pt-PT"/>
        </w:rPr>
      </w:pPr>
      <w:r w:rsidRPr="00F3150A">
        <w:rPr>
          <w:lang w:val="pt-PT"/>
        </w:rPr>
        <w:t>Esta frase será utilizada pelos serviços na descrição do documento de despesa a apresentar à FCT.</w:t>
      </w:r>
    </w:p>
    <w:p w14:paraId="0DB88024" w14:textId="77777777" w:rsidR="002923EA" w:rsidRPr="00F3150A" w:rsidRDefault="00000000" w:rsidP="00AC50D7">
      <w:pPr>
        <w:jc w:val="both"/>
        <w:rPr>
          <w:lang w:val="pt-PT"/>
        </w:rPr>
      </w:pPr>
      <w:r w:rsidRPr="00F3150A">
        <w:rPr>
          <w:lang w:val="pt-PT"/>
        </w:rPr>
        <w:t>A visita de [título e nome do consultor], da [universidade ou instituição de origem], em [cidade], [país], decorre entre [data de início] e [data de fim].</w:t>
      </w:r>
    </w:p>
    <w:p w14:paraId="7A1894CE" w14:textId="77777777" w:rsidR="002923EA" w:rsidRPr="00F3150A" w:rsidRDefault="00000000" w:rsidP="00AC50D7">
      <w:pPr>
        <w:pStyle w:val="Instruction"/>
        <w:jc w:val="both"/>
        <w:rPr>
          <w:lang w:val="pt-PT"/>
        </w:rPr>
      </w:pPr>
      <w:r w:rsidRPr="00F3150A">
        <w:rPr>
          <w:lang w:val="pt-PT"/>
        </w:rPr>
        <w:t>Conserve o parágrafo seguinte se a visita incluir trabalho de investigação.</w:t>
      </w:r>
    </w:p>
    <w:p w14:paraId="1C1197BA" w14:textId="77777777" w:rsidR="002923EA" w:rsidRPr="00F3150A" w:rsidRDefault="00000000" w:rsidP="00AC50D7">
      <w:pPr>
        <w:jc w:val="both"/>
        <w:rPr>
          <w:lang w:val="pt-PT"/>
        </w:rPr>
      </w:pPr>
      <w:r w:rsidRPr="00F3150A">
        <w:rPr>
          <w:lang w:val="pt-PT"/>
        </w:rPr>
        <w:t>A visita tem como objetivo principal desenvolver trabalho de investigação em colaboração com [nome(s) do(s) membro(s) do CIDMA], do Grupo [nome do grupo], no âmbito de [tema ou problema de investigação]. O trabalho previsto compreende [descrição das atividades de investigação e da colaboração a desenvolver].</w:t>
      </w:r>
    </w:p>
    <w:p w14:paraId="69F67BD5" w14:textId="77777777" w:rsidR="002923EA" w:rsidRPr="00F3150A" w:rsidRDefault="00000000" w:rsidP="00AC50D7">
      <w:pPr>
        <w:pStyle w:val="Instruction"/>
        <w:jc w:val="both"/>
        <w:rPr>
          <w:lang w:val="pt-PT"/>
        </w:rPr>
      </w:pPr>
      <w:r w:rsidRPr="00F3150A">
        <w:rPr>
          <w:lang w:val="pt-PT"/>
        </w:rPr>
        <w:t>Descreva o trabalho de investigação de forma breve, mas suficientemente desenvolvida; a indicação apenas do tema não substitui a descrição das atividades.</w:t>
      </w:r>
    </w:p>
    <w:p w14:paraId="2FF97C3D" w14:textId="77777777" w:rsidR="002923EA" w:rsidRPr="00F3150A" w:rsidRDefault="00000000" w:rsidP="00AC50D7">
      <w:pPr>
        <w:pStyle w:val="Instruction"/>
        <w:jc w:val="both"/>
        <w:rPr>
          <w:lang w:val="pt-PT"/>
        </w:rPr>
      </w:pPr>
      <w:r w:rsidRPr="00F3150A">
        <w:rPr>
          <w:lang w:val="pt-PT"/>
        </w:rPr>
        <w:t>Conserve o parágrafo seguinte se a visita incluir uma palestra como orador convidado.</w:t>
      </w:r>
    </w:p>
    <w:p w14:paraId="111FEC2E" w14:textId="77777777" w:rsidR="002923EA" w:rsidRPr="00F3150A" w:rsidRDefault="00000000" w:rsidP="00AC50D7">
      <w:pPr>
        <w:jc w:val="both"/>
        <w:rPr>
          <w:lang w:val="pt-PT"/>
        </w:rPr>
      </w:pPr>
      <w:r w:rsidRPr="00F3150A">
        <w:rPr>
          <w:lang w:val="pt-PT"/>
        </w:rPr>
        <w:t>A visita tem como objetivo apresentar, como orador convidado, a palestra intitulada «[título da palestra]», na conferência ou no seminário [nome do evento], cuja página web é [URL], organizado pelo CIDMA. Este encontro científico incide sobre [subáreas científicas] e tem como objetivos [descrição dos objetivos do encontro].</w:t>
      </w:r>
    </w:p>
    <w:p w14:paraId="10B46726" w14:textId="77777777" w:rsidR="002923EA" w:rsidRPr="00F3150A" w:rsidRDefault="00000000" w:rsidP="00AC50D7">
      <w:pPr>
        <w:jc w:val="both"/>
        <w:rPr>
          <w:lang w:val="pt-PT"/>
        </w:rPr>
      </w:pPr>
      <w:r w:rsidRPr="00F3150A">
        <w:rPr>
          <w:lang w:val="pt-PT"/>
        </w:rPr>
        <w:t>O trabalho de investigação aqui descrito integra os planos de investigação do Grupo [nome do grupo] do CIDMA — Centro de Investigação e Desenvolvimento em Matemática e Aplicações — e conta com o apoio da FCT — Fundação para a Ciência e a Tecnologia — no âmbito do projeto com a referência UID/04106/2025 (</w:t>
      </w:r>
      <w:r w:rsidR="002923EA">
        <w:fldChar w:fldCharType="begin"/>
      </w:r>
      <w:r w:rsidR="002923EA" w:rsidRPr="00AC0726">
        <w:rPr>
          <w:lang w:val="pt-PT"/>
        </w:rPr>
        <w:instrText>HYPERLINK "https://doi.org/10.54499/UID/04106/2025" \h</w:instrText>
      </w:r>
      <w:r w:rsidR="002923EA">
        <w:fldChar w:fldCharType="separate"/>
      </w:r>
      <w:r w:rsidR="002923EA" w:rsidRPr="00F3150A">
        <w:rPr>
          <w:color w:val="24566B"/>
          <w:u w:val="single"/>
          <w:lang w:val="pt-PT"/>
        </w:rPr>
        <w:t>https://doi.org/10.54499/UID/04106/2025</w:t>
      </w:r>
      <w:r w:rsidR="002923EA">
        <w:fldChar w:fldCharType="end"/>
      </w:r>
      <w:r w:rsidRPr="00F3150A">
        <w:rPr>
          <w:lang w:val="pt-PT"/>
        </w:rPr>
        <w:t>).</w:t>
      </w:r>
    </w:p>
    <w:p w14:paraId="73E5C663" w14:textId="77777777" w:rsidR="002923EA" w:rsidRPr="00F3150A" w:rsidRDefault="00000000" w:rsidP="00AC50D7">
      <w:pPr>
        <w:jc w:val="both"/>
        <w:rPr>
          <w:lang w:val="pt-PT"/>
        </w:rPr>
      </w:pPr>
      <w:r w:rsidRPr="00F3150A">
        <w:rPr>
          <w:lang w:val="pt-PT"/>
        </w:rPr>
        <w:t>Universidade de Aveiro, [dia] de [mês] de [ano]</w:t>
      </w:r>
    </w:p>
    <w:p w14:paraId="5A64BF0A" w14:textId="77777777" w:rsidR="00F3150A" w:rsidRDefault="00000000" w:rsidP="00AC50D7">
      <w:pPr>
        <w:jc w:val="both"/>
        <w:rPr>
          <w:lang w:val="pt-PT"/>
        </w:rPr>
      </w:pPr>
      <w:r w:rsidRPr="00F3150A">
        <w:rPr>
          <w:lang w:val="pt-PT"/>
        </w:rPr>
        <w:t>[Título e nome do signatário]</w:t>
      </w:r>
    </w:p>
    <w:p w14:paraId="50F8BCE6" w14:textId="6601D2A6" w:rsidR="002923EA" w:rsidRPr="00AC50D7" w:rsidRDefault="00000000" w:rsidP="00AC50D7">
      <w:pPr>
        <w:jc w:val="both"/>
        <w:rPr>
          <w:lang w:val="en-GB"/>
        </w:rPr>
      </w:pPr>
      <w:r w:rsidRPr="00AC50D7">
        <w:rPr>
          <w:lang w:val="en-GB"/>
        </w:rPr>
        <w:t>[</w:t>
      </w:r>
      <w:proofErr w:type="spellStart"/>
      <w:r w:rsidRPr="00AC50D7">
        <w:rPr>
          <w:lang w:val="en-GB"/>
        </w:rPr>
        <w:t>Assinatura</w:t>
      </w:r>
      <w:proofErr w:type="spellEnd"/>
      <w:r w:rsidRPr="00AC50D7">
        <w:rPr>
          <w:lang w:val="en-GB"/>
        </w:rPr>
        <w:t>]</w:t>
      </w:r>
    </w:p>
    <w:p w14:paraId="7173A3FC" w14:textId="77777777" w:rsidR="002923EA" w:rsidRPr="00AC50D7" w:rsidRDefault="00000000" w:rsidP="00AC50D7">
      <w:pPr>
        <w:jc w:val="both"/>
        <w:rPr>
          <w:lang w:val="en-GB"/>
        </w:rPr>
      </w:pPr>
      <w:r w:rsidRPr="00AC50D7">
        <w:rPr>
          <w:lang w:val="en-GB"/>
        </w:rPr>
        <w:br w:type="page"/>
      </w:r>
    </w:p>
    <w:sectPr w:rsidR="002923EA" w:rsidRPr="00AC50D7" w:rsidSect="00034616">
      <w:headerReference w:type="default" r:id="rId8"/>
      <w:pgSz w:w="11909" w:h="16834"/>
      <w:pgMar w:top="1152" w:right="1224" w:bottom="1152" w:left="122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69AB0D" w14:textId="77777777" w:rsidR="002630E9" w:rsidRDefault="002630E9" w:rsidP="00F3150A">
      <w:pPr>
        <w:spacing w:after="0" w:line="240" w:lineRule="auto"/>
      </w:pPr>
      <w:r>
        <w:separator/>
      </w:r>
    </w:p>
  </w:endnote>
  <w:endnote w:type="continuationSeparator" w:id="0">
    <w:p w14:paraId="73686BD6" w14:textId="77777777" w:rsidR="002630E9" w:rsidRDefault="002630E9" w:rsidP="00F315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A00229" w14:textId="77777777" w:rsidR="002630E9" w:rsidRDefault="002630E9" w:rsidP="00F3150A">
      <w:pPr>
        <w:spacing w:after="0" w:line="240" w:lineRule="auto"/>
      </w:pPr>
      <w:r>
        <w:separator/>
      </w:r>
    </w:p>
  </w:footnote>
  <w:footnote w:type="continuationSeparator" w:id="0">
    <w:p w14:paraId="12891C62" w14:textId="77777777" w:rsidR="002630E9" w:rsidRDefault="002630E9" w:rsidP="00F315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93284C" w14:textId="2EED0A43" w:rsidR="00F3150A" w:rsidRDefault="00F3150A">
    <w:pPr>
      <w:pStyle w:val="Cabealh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56AF85F4" wp14:editId="6806F0EA">
          <wp:simplePos x="0" y="0"/>
          <wp:positionH relativeFrom="column">
            <wp:posOffset>4931410</wp:posOffset>
          </wp:positionH>
          <wp:positionV relativeFrom="paragraph">
            <wp:posOffset>-146050</wp:posOffset>
          </wp:positionV>
          <wp:extent cx="1079500" cy="415925"/>
          <wp:effectExtent l="0" t="0" r="0" b="0"/>
          <wp:wrapSquare wrapText="bothSides"/>
          <wp:docPr id="2138110630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38110630" name="Imagem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9500" cy="415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mmarc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mmarc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mmarc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5954327">
    <w:abstractNumId w:val="8"/>
  </w:num>
  <w:num w:numId="2" w16cid:durableId="365101324">
    <w:abstractNumId w:val="6"/>
  </w:num>
  <w:num w:numId="3" w16cid:durableId="367226119">
    <w:abstractNumId w:val="5"/>
  </w:num>
  <w:num w:numId="4" w16cid:durableId="1677727381">
    <w:abstractNumId w:val="4"/>
  </w:num>
  <w:num w:numId="5" w16cid:durableId="525947013">
    <w:abstractNumId w:val="7"/>
  </w:num>
  <w:num w:numId="6" w16cid:durableId="1756513139">
    <w:abstractNumId w:val="3"/>
  </w:num>
  <w:num w:numId="7" w16cid:durableId="800609098">
    <w:abstractNumId w:val="2"/>
  </w:num>
  <w:num w:numId="8" w16cid:durableId="1998874933">
    <w:abstractNumId w:val="1"/>
  </w:num>
  <w:num w:numId="9" w16cid:durableId="10109129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630E9"/>
    <w:rsid w:val="002923EA"/>
    <w:rsid w:val="0029639D"/>
    <w:rsid w:val="00326F90"/>
    <w:rsid w:val="005753C6"/>
    <w:rsid w:val="00AA1D8D"/>
    <w:rsid w:val="00AC0726"/>
    <w:rsid w:val="00AC50D7"/>
    <w:rsid w:val="00B47730"/>
    <w:rsid w:val="00BA294D"/>
    <w:rsid w:val="00C5226D"/>
    <w:rsid w:val="00CB0664"/>
    <w:rsid w:val="00D23A9F"/>
    <w:rsid w:val="00F3150A"/>
    <w:rsid w:val="00F4360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FBDF6EB"/>
  <w14:defaultImageDpi w14:val="300"/>
  <w15:docId w15:val="{4E3D3D43-7089-4E82-8673-05D4CEFB91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color w:val="333333"/>
    </w:rPr>
  </w:style>
  <w:style w:type="paragraph" w:styleId="Ttulo1">
    <w:name w:val="heading 1"/>
    <w:basedOn w:val="Normal"/>
    <w:next w:val="Normal"/>
    <w:link w:val="Ttulo1Carte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te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te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E618BF"/>
  </w:style>
  <w:style w:type="paragraph" w:styleId="Rodap">
    <w:name w:val="footer"/>
    <w:basedOn w:val="Normal"/>
    <w:link w:val="RodapCarte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ter">
    <w:name w:val="Título 1 Caráter"/>
    <w:basedOn w:val="Tipodeletrapredefinidodopargraf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ter">
    <w:name w:val="Título 2 Caráter"/>
    <w:basedOn w:val="Tipodeletrapredefinidodopargraf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ter">
    <w:name w:val="Título 3 Caráter"/>
    <w:basedOn w:val="Tipodeletrapredefinidodopargraf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ter"/>
    <w:uiPriority w:val="10"/>
    <w:qFormat/>
    <w:rsid w:val="00FC693F"/>
    <w:pPr>
      <w:pBdr>
        <w:bottom w:val="single" w:sz="8" w:space="4" w:color="4F81BD" w:themeColor="accent1"/>
      </w:pBdr>
      <w:spacing w:after="280" w:line="240" w:lineRule="auto"/>
      <w:contextualSpacing/>
    </w:pPr>
    <w:rPr>
      <w:rFonts w:asciiTheme="majorHAnsi" w:eastAsiaTheme="majorEastAsia" w:hAnsiTheme="majorHAnsi" w:cstheme="majorBidi"/>
      <w:color w:val="24566B"/>
      <w:spacing w:val="5"/>
      <w:kern w:val="28"/>
      <w:sz w:val="42"/>
      <w:szCs w:val="5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arter"/>
    <w:uiPriority w:val="99"/>
    <w:unhideWhenUsed/>
    <w:rsid w:val="00AA1D8D"/>
    <w:pPr>
      <w:spacing w:after="120"/>
    </w:pPr>
  </w:style>
  <w:style w:type="character" w:customStyle="1" w:styleId="CorpodetextoCarter">
    <w:name w:val="Corpo de texto Caráter"/>
    <w:basedOn w:val="Tipodeletrapredefinidodopargrafo"/>
    <w:link w:val="Corpodetexto"/>
    <w:uiPriority w:val="99"/>
    <w:rsid w:val="00AA1D8D"/>
  </w:style>
  <w:style w:type="paragraph" w:styleId="Corpodetexto2">
    <w:name w:val="Body Text 2"/>
    <w:basedOn w:val="Normal"/>
    <w:link w:val="Corpodetexto2Carter"/>
    <w:uiPriority w:val="99"/>
    <w:unhideWhenUsed/>
    <w:rsid w:val="00AA1D8D"/>
    <w:pPr>
      <w:spacing w:after="120" w:line="480" w:lineRule="auto"/>
    </w:pPr>
  </w:style>
  <w:style w:type="character" w:customStyle="1" w:styleId="Corpodetexto2Carter">
    <w:name w:val="Corpo de texto 2 Caráter"/>
    <w:basedOn w:val="Tipodeletrapredefinidodopargrafo"/>
    <w:link w:val="Corpodetexto2"/>
    <w:uiPriority w:val="99"/>
    <w:rsid w:val="00AA1D8D"/>
  </w:style>
  <w:style w:type="paragraph" w:styleId="Corpodetexto3">
    <w:name w:val="Body Text 3"/>
    <w:basedOn w:val="Normal"/>
    <w:link w:val="Corpodetexto3Car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arter">
    <w:name w:val="Corpo de texto 3 Caráter"/>
    <w:basedOn w:val="Tipodeletrapredefinidodopargraf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mmarc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mmarc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mmarc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ar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arter">
    <w:name w:val="Texto de macro Caráter"/>
    <w:basedOn w:val="Tipodeletrapredefinidodopargraf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arter"/>
    <w:uiPriority w:val="29"/>
    <w:qFormat/>
    <w:rsid w:val="00FC693F"/>
    <w:rPr>
      <w:i/>
      <w:iCs/>
      <w:color w:val="000000" w:themeColor="text1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Tipodeletrapredefinidodopargrafo"/>
    <w:uiPriority w:val="22"/>
    <w:qFormat/>
    <w:rsid w:val="00FC693F"/>
    <w:rPr>
      <w:b/>
      <w:bCs/>
    </w:rPr>
  </w:style>
  <w:style w:type="character" w:styleId="nfase">
    <w:name w:val="Emphasis"/>
    <w:basedOn w:val="Tipodeletrapredefinidodopargraf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Discreta">
    <w:name w:val="Subtle Emphasis"/>
    <w:basedOn w:val="Tipodeletrapredefinidodopargraf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Tipodeletrapredefinidodopargraf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Discreta">
    <w:name w:val="Subtle Reference"/>
    <w:basedOn w:val="Tipodeletrapredefinidodopargraf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Tipodeletrapredefinidodopar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Tipodeletrapredefinidodopargrafo"/>
    <w:uiPriority w:val="33"/>
    <w:qFormat/>
    <w:rsid w:val="00FC693F"/>
    <w:rPr>
      <w:b/>
      <w:bCs/>
      <w:smallCaps/>
      <w:spacing w:val="5"/>
    </w:rPr>
  </w:style>
  <w:style w:type="paragraph" w:styleId="Cabealhodondice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elha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Cor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Cor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Cor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Cor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Cor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Cor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Cor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Cor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Cor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Cor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Cor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Cor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elha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elhaClara-Cor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elhaClara-Cor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elhaClara-Cor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elhaClara-Cor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elhaClara-Cor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elhaClara-Cor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dio2-Cor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dio2-Cor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dio2-Cor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dio2-Cor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dio2-Cor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dio2-Cor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Cor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Cor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Cor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Cor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Cor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Cor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elha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elhaMdia1-Cor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elhaMdia1-Cor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elhaMdia1-Cor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elhaMdia1-Cor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elhaMdia1-Cor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elhaMdia1-Cor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elha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2-Cor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2-Cor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2-Cor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2-Cor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2-Cor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2-Cor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elhaMdia3-Cor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elhaMdia3-Cor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elhaMdia3-Cor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elhaMdia3-Cor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elhaMdia3-Cor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elhaMdia3-Cor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Cor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Cor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Cor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Cor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Cor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Cor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Colorido-Cor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Colorido-Cor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Colorido-Cor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Colorido-Cor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Colorido-Cor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Colorido-Cor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Cor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Cor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Cor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Cor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Cor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Cor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elha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elhaColorida-Cor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elhaColorida-Cor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elhaColorida-Cor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elhaColorida-Cor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elhaColorida-Cor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elhaColorida-Cor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Instruction">
    <w:name w:val="Instruction"/>
    <w:pPr>
      <w:spacing w:after="160"/>
    </w:pPr>
    <w:rPr>
      <w:rFonts w:ascii="Arial" w:hAnsi="Arial"/>
      <w:i/>
      <w:color w:val="C45A00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351</Words>
  <Characters>1900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2247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Nelson Vieira</cp:lastModifiedBy>
  <cp:revision>4</cp:revision>
  <dcterms:created xsi:type="dcterms:W3CDTF">2013-12-23T23:15:00Z</dcterms:created>
  <dcterms:modified xsi:type="dcterms:W3CDTF">2026-10-11T16:30:00Z</dcterms:modified>
  <cp:category/>
</cp:coreProperties>
</file>